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כל יום – שגרת כתיבה קצרה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שגרת הכתיבה היומית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הרחבת משפט פשוט לפרטים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ביטחון בכתיבה דרך הצלחות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שלבי השגרה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אומרים את המשפט בעל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3–5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כותבים משפט אחד או יותר, לא חיבור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בנויה השגרה – דיבור לפני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(אומרים את המשפט בעל פה לבן או לבת זוג)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(כותבים משפט אחד או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(מוסיפים פרט כמו איפה או 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(קוראים את המשפט בקול לפני הכיתה)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הצעדים בשגרה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חוגגים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עם פועל, ועוד פרט אחד לפחות שמרחיב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לרשימה מסודרת של חמשת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איפה, מתי, איך או מה הרגישו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שהחגיגה מחזקת ביטחון והנאה מכתיבה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השלב של אמירה בעל פה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רצוי להדגיש שאין חובה להקריא בקול – רק מי שרוצה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תרגיל ההרחבה לדוגמת הכלב רץ מהעמוד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כל יום – שגרת כתיבה קצרה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יום כותבים משפט קצר אחד לפחות, לפי שגרה של חמישה צעדים: אומרים, כותבים, מרחיבים, משתפים וחוגגים. דף זה מתרגל את השלבים ואת הרעיון של הרחבת 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רץ  ·  אומרים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שלבי השגרה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בצעד הראשון של שגרת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אומרים את המשפט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ישר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מציירים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בערך מוקדש לכתיבת המשפט?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3–5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יום כותבים חיבור ארוך של עמוד שלם.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קודם אומרים את המשפט בעל פה, ואחר כך כותבים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המשפט הפשוט בסולם ההרחבה הוא: הכלב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בצעד הראשון כל אחד ואחת __________ את המשפט לבן או לבת זוג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מוסיפים פרט כמו איפה או 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כותבים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קוראים את המשפט בקול לפני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מרחיבים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אומרים את המשפט בעל פה לבן או לבת זוג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משתפים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כותבים משפט אחד או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הצעדים בשגרה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חוגגים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משהו שקרה לכם היום, ואז הרחיבו אותו בעזרת פרט של איפה או מתי.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חמשת הצעדים של שגרת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לפרט שאפשר להוסיף בשלב ההרחבה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כל יום – שגרת כתיבה קצרה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