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כל יום – משימה יומית קצרה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כותבים כל יום – שגרת כתיבה קצרה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שגרת הכתיבה היומית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הרחבת משפט פשוט לפרטים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ביטחון בכתיבה דרך הצלחות קטנות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שלבי השגרה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אומרים את המשפט בעל 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3–5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פרט כמו איפה או 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2–3 תלמידים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מסמנים כתבתי במעקב ההצלחות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כותבים משפט אחד או יותר, לא חיבור ארוך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בנויה השגרה – דיבור לפני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בדיוק מטרת שלב ההרחבה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רק מי שרוצה קורא בקול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בדיוק תפקיד המעקב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אומרים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כרטיסים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שלב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(אומרים את המשפט בעל פה לבן או לבת זוג)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(כותבים משפט אחד או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(מוסיפים פרט כמו איפה או מתי)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(קוראים את המשפט בקול לפני הכיתה)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(מסמנים כתבתי במעקב ההצלחות)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הצעדים בשגרה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אומרים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מרחיבים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משתפים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חוגגים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ברור עם פועל, ועוד פרט אחד לפחות שמרחיב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הסבר אישי קצר עם סיבה אחת לפחות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לרשימה מסודרת של חמשת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כמו איפה, מתי, איך או מה הרגישו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שהחגיגה מחזקת ביטחון והנאה מכתיבה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השלב של אמירה בעל פה בזוגות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רצוי להדגיש שאין חובה להקריא בקול – רק מי שרוצה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לקשר את תרגיל ההרחבה לדוגמת הכלב רץ מהעמוד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כל יום – משימה יומית קצרה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כותבים כל יום – שגרת כתיבה קצרה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כל יום כותבים משפט קטן. יש חמישה שלבים: לדבר, לכתוב, להוסיף פרט, לשתף ולחגוג. בדף הזה נתרגל את 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 פתיחה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מילים שעוזרות להתחיל לכתוב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מחסן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רשימת מילים לבחירה בזמן כתיבה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הרחבת משפט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הוספת פרט כמו איפה, מתי או איך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לוח בחירה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טבלה עם אפשרויות שונות לכתיבה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מעקב הצלחות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רישום של מה שכתבנו כל יום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שגרה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פעולה קבועה שחוזרת כל יום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שיתוף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הקראת המשפט בקול לפני הכיתה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דיפרנציאציה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התאמת המשימה לרמה של כל תלמיד ותלמידה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שלבי השגרה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קודם 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אומרים את המשפט בעל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כותבים ישר במחברת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מציירים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קוראים טקסט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זמן כותבים?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חצי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3–5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דקה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מוסיפים כדי להעשיר את המשפט?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פרט כמו איפה או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עוד עמוד 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ציור צבעוני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כותרת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ילדים מקריאים?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2–3 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תלמיד אחד חייב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חוגגים שסיימו?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מקבלים 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כותבים חיבור 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מסמנים כתבתי במעקב ההצלחות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מוחקים את המשפט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יום כותבים חיבור ארוך של עמוד שלם.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קודם אומרים את המשפט בעל פה, ואחר כך כותבים אותו.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ההרחבה אפשר להוסיף פרט כמו איפה או מתי.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חובה שכל התלמידים יקריאו את המשפט שלהם בקול.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מעקב ההצלחות עוזר לחגוג את ההישג של הכתיבה.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המשפט הפשוט בסולם ההרחבה הוא: הכלב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 שצריך עזרה בכתיבה יכול לקחת מילה מה__________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בצעד הראשון כל אחד ואחת __________ את המשפט לבן או לבת זוג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לוח הבחירה כולל 12 __________ לכתיבה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שלב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אומרים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מסמנים כתבתי במעקב ההצלחות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כותבים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קוראים את המשפט בקול לפני הכיתה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מרחיבים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אומרים את המשפט בעל פה לבן או לבת זוג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משתפים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כותבים משפט אחד או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חוגגים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מוסיפים פרט כמו איפה או מתי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הצעדים בשגרה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חוגגים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מרחיבים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משתפים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על משהו שקרה לכם היום, ואז הרחיבו אותו בעזרת פרט של איפה או מתי.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דמיינו שבחרתם כרטיס מלוח הבחירה. כתבו למה דווקא בכרטיס הזה הייתם בוחרים.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חמשת הצעדים של שגרת הכתיבה?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לפרט שאפשר להוסיף בשלב ההרחבה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לחגוג אחרי שכותבים?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כותבים כל יום – שגרת כתיבה קצרה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