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כל יום – שגרת כתיבה קצרה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שגרת הכתיבה היומית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הרחבת משפט פשוט לפרטים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ביטחון בכתיבה דרך הצלחות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שלבי השגרה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אומרים את המשפט בעל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3–5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פרט כמו איפה או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2–3 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מסמנים כתבתי במעקב ההצלחות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כותבים משפט אחד או יותר, לא חיבור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בנויה השגרה – דיבור לפני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מטרת שלב ההרחבה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רק מי שרוצה קורא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בדיוק תפקיד המעקב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כרטיסים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שלב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(אומרים את המשפט בעל פה לבן או לבת זוג)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(כותבים משפט אחד או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(מוסיפים פרט כמו איפה או מתי)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(קוראים את המשפט בקול לפני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(מסמנים כתבתי במעקב ההצלחות)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הצעדים בשגרה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מרחיבים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חוגגים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ברור עם פועל, ועוד פרט אחד לפחות שמרחיב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אישי קצר עם סיבה אחת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לרשימה מסודרת של חמשת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איפה, מתי, איך או מה הרגישו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שהחגיגה מחזקת ביטחון והנאה מכתיבה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השלב של אמירה בעל פה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רצוי להדגיש שאין חובה להקריא בקול – רק מי שרוצה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תרגיל ההרחבה לדוגמת הכלב רץ מהעמוד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כל יום – שגרת כתיבה קצרה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יום כותבים משפט קצר אחד לפחות, לפי שגרה של חמישה צעדים: אומרים, כותבים, מרחיבים, משתפים וחוגגים. דף זה מתרגל את השלבים ואת הרעיון של הרחבת משפט.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שלבי השגרה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בצעד הראשון של שגרת הכתיבה?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אומרים את המשפט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ישר במחברת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מציירים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 טקסט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בערך מוקדש לכתיבת המשפט?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3–5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דקה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מוסיפים בשלב מרחיבים?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פרט כמו איפה או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עוד עמוד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צבעוני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תלמידים קוראים בקול בשלב משתפים?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2–3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 אחד חייב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מסמנים שסיימו את משימת הכתיבה?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מקבלים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חיבור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מסמנים כתבתי במעקב ההצלחות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מוחקים את המשפט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יום כותבים חיבור ארוך של עמוד שלם.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קודם אומרים את המשפט בעל פה, ואחר כך כותבים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ההרחבה אפשר להוסיף פרט כמו איפה או מתי.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שכל התלמידים יקריאו את המשפט שלהם בקול.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מעקב ההצלחות עוזר לחגוג את ההישג של הכתיבה.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המשפט הפשוט בסולם ההרחבה הוא: הכלב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שצריך עזרה בכתיבה יכול לקחת מילה מה__________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בצעד הראשון כל אחד ואחת __________ את המשפט לבן או לבת זוג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לוח הבחירה כולל 12 __________ לכתיבה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שלב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אומרים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מסמנים כתבתי במעקב ההצלחות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כותבים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מוסיפים פרט כמו איפה או מתי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מרחיבים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קוראים את המשפט בקול לפני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משתפים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אומרים את המשפט בעל פה לבן או לבת זוג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חוגגים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כותבים משפט אחד או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הצעדים בשגרה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מרחיבים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חוגגים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משתפים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משהו שקרה לכם היום, ואז הרחיבו אותו בעזרת פרט של איפה או מתי.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שבחרתם כרטיס מלוח הבחירה. כתבו למה דווקא בכרטיס הזה הייתם בוחרים.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הצעדים של שגרת הכתיבה?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לפרט שאפשר להוסיף בשלב ההרחבה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לחגוג אחרי שכותבים?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כל יום – שגרת כתיבה קצרה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